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3: Resources and Sustainable Practices</w:t>
      </w:r>
    </w:p>
    <w:p>
      <w:pPr>
        <w:spacing w:after="200"/>
        <w:jc w:val="center"/>
      </w:pPr>
      <w:r>
        <w:rPr>
          <w:b w:val="0"/>
          <w:i/>
          <w:sz w:val="20"/>
        </w:rPr>
        <w:t>5/6 Science  -  Caring for the Land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Give one renewable and one non-renewable resource.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Name one First Peoples sustainable practice.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What does reciprocity (giving back to the land) mean?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describe a sustainable practice.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